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3A869" w14:textId="77777777" w:rsidR="00B84F4E" w:rsidRDefault="00A63B1D">
      <w:pPr>
        <w:jc w:val="center"/>
      </w:pPr>
      <w:r>
        <w:rPr>
          <w:b/>
          <w:color w:val="143555"/>
          <w:sz w:val="38"/>
        </w:rPr>
        <w:t>APPLICATION FORM</w:t>
      </w:r>
    </w:p>
    <w:p w14:paraId="6CA080AF" w14:textId="7B7875B5" w:rsidR="00B84F4E" w:rsidRDefault="00A63B1D">
      <w:pPr>
        <w:jc w:val="center"/>
      </w:pPr>
      <w:r>
        <w:t>Embassy of Japan in Timor-</w:t>
      </w:r>
      <w:proofErr w:type="gramStart"/>
      <w:r>
        <w:t>Leste  |</w:t>
      </w:r>
      <w:proofErr w:type="gramEnd"/>
      <w:r>
        <w:t xml:space="preserve">  </w:t>
      </w:r>
      <w:r w:rsidRPr="00A63B1D">
        <w:t>National Staff for the Economic and Development Cooperation Section</w:t>
      </w:r>
    </w:p>
    <w:p w14:paraId="6475B0C9" w14:textId="77777777" w:rsidR="00B84F4E" w:rsidRDefault="00A63B1D">
      <w:r>
        <w:rPr>
          <w:color w:val="5C6A7A"/>
          <w:sz w:val="18"/>
        </w:rPr>
        <w:t>Complete this form in English. Fields marked * are required. Enter your answers below each question; click the dropdown fields and document checkboxes to select.</w:t>
      </w:r>
    </w:p>
    <w:p w14:paraId="120BE890" w14:textId="77777777" w:rsidR="00B84F4E" w:rsidRDefault="00A63B1D">
      <w:pPr>
        <w:pStyle w:val="21"/>
      </w:pPr>
      <w:r>
        <w:t>1  |  Basic Information</w:t>
      </w:r>
    </w:p>
    <w:p w14:paraId="6DE5921C" w14:textId="77777777" w:rsidR="00B84F4E" w:rsidRDefault="00A63B1D">
      <w:r>
        <w:rPr>
          <w:b/>
          <w:color w:val="22394E"/>
        </w:rPr>
        <w:t>1. Full name *</w:t>
      </w:r>
    </w:p>
    <w:p w14:paraId="1B23260C" w14:textId="77777777" w:rsidR="00B84F4E" w:rsidRDefault="00814988">
      <w:pPr>
        <w:ind w:left="202"/>
      </w:pPr>
      <w:sdt>
        <w:sdtPr>
          <w:alias w:val="Click here to enter your answer"/>
          <w:id w:val="579952841"/>
          <w:text/>
        </w:sdtPr>
        <w:sdtEndPr/>
        <w:sdtContent>
          <w:r w:rsidR="00A63B1D">
            <w:t>Click here to enter your answer</w:t>
          </w:r>
        </w:sdtContent>
      </w:sdt>
    </w:p>
    <w:p w14:paraId="2E77672A" w14:textId="77777777" w:rsidR="00B84F4E" w:rsidRDefault="00B84F4E">
      <w:pPr>
        <w:spacing w:after="0"/>
      </w:pPr>
    </w:p>
    <w:p w14:paraId="35BD70B4" w14:textId="77777777" w:rsidR="00B84F4E" w:rsidRDefault="00A63B1D">
      <w:r>
        <w:rPr>
          <w:b/>
          <w:color w:val="22394E"/>
        </w:rPr>
        <w:t>2. Date of birth *</w:t>
      </w:r>
    </w:p>
    <w:p w14:paraId="3F9976F1" w14:textId="77777777" w:rsidR="00B84F4E" w:rsidRDefault="00814988">
      <w:pPr>
        <w:ind w:left="202"/>
      </w:pPr>
      <w:sdt>
        <w:sdtPr>
          <w:alias w:val="YYYY/MM/DD"/>
          <w:id w:val="1629053370"/>
          <w:date>
            <w:dateFormat w:val="yyyy/MM/dd"/>
            <w:lid w:val="ja-JP"/>
            <w:storeMappedDataAs w:val="dateTime"/>
            <w:calendar w:val="japan"/>
          </w:date>
        </w:sdtPr>
        <w:sdtEndPr/>
        <w:sdtContent>
          <w:r w:rsidR="00A63B1D">
            <w:t>YYYY/MM/DD</w:t>
          </w:r>
        </w:sdtContent>
      </w:sdt>
    </w:p>
    <w:p w14:paraId="7D74D550" w14:textId="77777777" w:rsidR="00B84F4E" w:rsidRDefault="00B84F4E">
      <w:pPr>
        <w:spacing w:after="0"/>
      </w:pPr>
    </w:p>
    <w:p w14:paraId="06284F22" w14:textId="77777777" w:rsidR="00B84F4E" w:rsidRDefault="00A63B1D">
      <w:r>
        <w:rPr>
          <w:b/>
          <w:color w:val="22394E"/>
        </w:rPr>
        <w:t>3. Do you have a valid work permit in Timor-Leste? *</w:t>
      </w:r>
    </w:p>
    <w:p w14:paraId="53708293" w14:textId="77777777" w:rsidR="00B84F4E" w:rsidRDefault="00814988">
      <w:pPr>
        <w:ind w:left="202"/>
      </w:pPr>
      <w:sdt>
        <w:sdtPr>
          <w:alias w:val="Work Permit"/>
          <w:tag w:val="work_permit"/>
          <w:id w:val="90001"/>
          <w:dropDownList>
            <w:listItem w:displayText="Yes" w:value="Yes"/>
            <w:listItem w:displayText="No" w:value="No"/>
          </w:dropDownList>
        </w:sdtPr>
        <w:sdtEndPr/>
        <w:sdtContent>
          <w:r w:rsidR="00A63B1D">
            <w:t>Click to select</w:t>
          </w:r>
        </w:sdtContent>
      </w:sdt>
    </w:p>
    <w:p w14:paraId="1E4E1639" w14:textId="77777777" w:rsidR="00B84F4E" w:rsidRDefault="00B84F4E">
      <w:pPr>
        <w:spacing w:after="0"/>
      </w:pPr>
    </w:p>
    <w:p w14:paraId="34B753DC" w14:textId="77777777" w:rsidR="00B84F4E" w:rsidRDefault="00A63B1D">
      <w:pPr>
        <w:pStyle w:val="21"/>
      </w:pPr>
      <w:r>
        <w:t>2  |  Academic Background</w:t>
      </w:r>
    </w:p>
    <w:p w14:paraId="7818FFE0" w14:textId="77777777" w:rsidR="00B84F4E" w:rsidRDefault="00A63B1D">
      <w:r>
        <w:rPr>
          <w:b/>
          <w:color w:val="22394E"/>
        </w:rPr>
        <w:t>4. Highest academic qualification *</w:t>
      </w:r>
    </w:p>
    <w:p w14:paraId="721D3639" w14:textId="77777777" w:rsidR="00B84F4E" w:rsidRDefault="00814988">
      <w:pPr>
        <w:ind w:left="202"/>
      </w:pPr>
      <w:sdt>
        <w:sdtPr>
          <w:alias w:val="Academic Qualification"/>
          <w:tag w:val="academic_qualification"/>
          <w:id w:val="90002"/>
          <w:dropDownList>
            <w:listItem w:displayText="Bachelor’s degree" w:value="Bachelor’s degree"/>
            <w:listItem w:displayText="Master’s degree" w:value="Master’s degree"/>
            <w:listItem w:displayText="PhD" w:value="PhD"/>
            <w:listItem w:displayText="Others" w:value="Others"/>
          </w:dropDownList>
        </w:sdtPr>
        <w:sdtEndPr/>
        <w:sdtContent>
          <w:r w:rsidR="00A63B1D">
            <w:t>Click to select</w:t>
          </w:r>
        </w:sdtContent>
      </w:sdt>
    </w:p>
    <w:p w14:paraId="65B620AA" w14:textId="77777777" w:rsidR="00B84F4E" w:rsidRDefault="00B84F4E">
      <w:pPr>
        <w:spacing w:after="0"/>
      </w:pPr>
    </w:p>
    <w:p w14:paraId="1710129F" w14:textId="77777777" w:rsidR="00B84F4E" w:rsidRDefault="00A63B1D">
      <w:r>
        <w:rPr>
          <w:b/>
          <w:color w:val="22394E"/>
        </w:rPr>
        <w:t>5. Name of latest academic institution graduated from *</w:t>
      </w:r>
    </w:p>
    <w:p w14:paraId="5EA710B6" w14:textId="77777777" w:rsidR="00B84F4E" w:rsidRDefault="00814988">
      <w:pPr>
        <w:ind w:left="202"/>
      </w:pPr>
      <w:sdt>
        <w:sdtPr>
          <w:alias w:val="Click here to enter your answer"/>
          <w:id w:val="-2051139912"/>
          <w:text/>
        </w:sdtPr>
        <w:sdtEndPr/>
        <w:sdtContent>
          <w:r w:rsidR="00A63B1D">
            <w:t>Click here to enter your answer</w:t>
          </w:r>
        </w:sdtContent>
      </w:sdt>
    </w:p>
    <w:p w14:paraId="4A3903BD" w14:textId="77777777" w:rsidR="00B84F4E" w:rsidRDefault="00B84F4E">
      <w:pPr>
        <w:spacing w:after="0"/>
      </w:pPr>
    </w:p>
    <w:p w14:paraId="0851398A" w14:textId="77777777" w:rsidR="00B84F4E" w:rsidRDefault="00A63B1D">
      <w:r>
        <w:rPr>
          <w:b/>
          <w:color w:val="22394E"/>
        </w:rPr>
        <w:t>6. Major and department *</w:t>
      </w:r>
    </w:p>
    <w:p w14:paraId="2F190860" w14:textId="77777777" w:rsidR="00B84F4E" w:rsidRDefault="00814988">
      <w:pPr>
        <w:ind w:left="202"/>
      </w:pPr>
      <w:sdt>
        <w:sdtPr>
          <w:alias w:val="Click here to enter your answer"/>
          <w:id w:val="-605579317"/>
          <w:text/>
        </w:sdtPr>
        <w:sdtEndPr/>
        <w:sdtContent>
          <w:r w:rsidR="00A63B1D">
            <w:t>Click here to enter your answer</w:t>
          </w:r>
        </w:sdtContent>
      </w:sdt>
    </w:p>
    <w:p w14:paraId="6E6308EA" w14:textId="77777777" w:rsidR="00B84F4E" w:rsidRDefault="00B84F4E">
      <w:pPr>
        <w:spacing w:after="0"/>
      </w:pPr>
    </w:p>
    <w:p w14:paraId="6859E221" w14:textId="77777777" w:rsidR="00B84F4E" w:rsidRDefault="00A63B1D">
      <w:r>
        <w:rPr>
          <w:b/>
          <w:color w:val="22394E"/>
        </w:rPr>
        <w:t>7. Graduation date *</w:t>
      </w:r>
    </w:p>
    <w:p w14:paraId="5B450632" w14:textId="77777777" w:rsidR="00B84F4E" w:rsidRDefault="00814988">
      <w:pPr>
        <w:ind w:left="202"/>
      </w:pPr>
      <w:sdt>
        <w:sdtPr>
          <w:alias w:val="YYYY/MM/DD"/>
          <w:id w:val="-1308155437"/>
          <w:date>
            <w:dateFormat w:val="yyyy/MM/dd"/>
            <w:lid w:val="ja-JP"/>
            <w:storeMappedDataAs w:val="dateTime"/>
            <w:calendar w:val="japan"/>
          </w:date>
        </w:sdtPr>
        <w:sdtEndPr/>
        <w:sdtContent>
          <w:r w:rsidR="00A63B1D">
            <w:t>YYYY/MM/DD</w:t>
          </w:r>
        </w:sdtContent>
      </w:sdt>
    </w:p>
    <w:p w14:paraId="020B8FD3" w14:textId="77777777" w:rsidR="00B84F4E" w:rsidRDefault="00B84F4E">
      <w:pPr>
        <w:spacing w:after="0"/>
      </w:pPr>
    </w:p>
    <w:p w14:paraId="10993519" w14:textId="4339120B" w:rsidR="00B84F4E" w:rsidRDefault="00A63B1D">
      <w:pPr>
        <w:pStyle w:val="21"/>
      </w:pPr>
      <w:proofErr w:type="gramStart"/>
      <w:r>
        <w:t>3  |</w:t>
      </w:r>
      <w:proofErr w:type="gramEnd"/>
      <w:r>
        <w:t xml:space="preserve">  Relevant Professional Experience 1</w:t>
      </w:r>
    </w:p>
    <w:p w14:paraId="6096B056" w14:textId="77777777" w:rsidR="00B84F4E" w:rsidRDefault="00A63B1D">
      <w:r>
        <w:rPr>
          <w:i/>
        </w:rPr>
        <w:t>Please provide one of your most important and relevant professional experiences, prioritizing roles related to this application.</w:t>
      </w:r>
    </w:p>
    <w:p w14:paraId="0FF7C330" w14:textId="77777777" w:rsidR="00B84F4E" w:rsidRDefault="00A63B1D">
      <w:r>
        <w:rPr>
          <w:b/>
          <w:color w:val="22394E"/>
        </w:rPr>
        <w:t>8. Name of employer / institution *</w:t>
      </w:r>
    </w:p>
    <w:p w14:paraId="2F07CA27" w14:textId="77777777" w:rsidR="00B84F4E" w:rsidRDefault="00814988">
      <w:pPr>
        <w:ind w:left="202"/>
      </w:pPr>
      <w:sdt>
        <w:sdtPr>
          <w:alias w:val="Click here to enter your answer"/>
          <w:id w:val="-690375618"/>
          <w:text/>
        </w:sdtPr>
        <w:sdtEndPr/>
        <w:sdtContent>
          <w:r w:rsidR="00A63B1D">
            <w:t>Click here to enter your answer</w:t>
          </w:r>
        </w:sdtContent>
      </w:sdt>
    </w:p>
    <w:p w14:paraId="58E2F91B" w14:textId="77777777" w:rsidR="00B84F4E" w:rsidRDefault="00B84F4E">
      <w:pPr>
        <w:spacing w:after="0"/>
      </w:pPr>
    </w:p>
    <w:p w14:paraId="167B70D4" w14:textId="77777777" w:rsidR="00B84F4E" w:rsidRDefault="00A63B1D">
      <w:r>
        <w:rPr>
          <w:b/>
          <w:color w:val="22394E"/>
        </w:rPr>
        <w:t>9. Period of employment *</w:t>
      </w:r>
    </w:p>
    <w:tbl>
      <w:tblPr>
        <w:tblStyle w:val="afe"/>
        <w:tblW w:w="0" w:type="auto"/>
        <w:tblInd w:w="-5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B84F4E" w14:paraId="74766CDC" w14:textId="77777777" w:rsidTr="00213F5E">
        <w:tc>
          <w:tcPr>
            <w:tcW w:w="4320" w:type="dxa"/>
            <w:shd w:val="clear" w:color="auto" w:fill="EDF3F8"/>
          </w:tcPr>
          <w:p w14:paraId="18A43DB3" w14:textId="77777777" w:rsidR="00B84F4E" w:rsidRDefault="00A63B1D">
            <w:r>
              <w:t>Starting date</w:t>
            </w:r>
          </w:p>
        </w:tc>
        <w:tc>
          <w:tcPr>
            <w:tcW w:w="4320" w:type="dxa"/>
            <w:shd w:val="clear" w:color="auto" w:fill="EDF3F8"/>
          </w:tcPr>
          <w:p w14:paraId="6FDFB6D8" w14:textId="77777777" w:rsidR="00B84F4E" w:rsidRDefault="00A63B1D">
            <w:r>
              <w:t>End date</w:t>
            </w:r>
          </w:p>
        </w:tc>
      </w:tr>
      <w:tr w:rsidR="00B84F4E" w14:paraId="47C4D01F" w14:textId="77777777" w:rsidTr="00213F5E">
        <w:tc>
          <w:tcPr>
            <w:tcW w:w="4320" w:type="dxa"/>
          </w:tcPr>
          <w:p w14:paraId="7E3B1F71" w14:textId="77777777" w:rsidR="00B84F4E" w:rsidRDefault="00814988">
            <w:sdt>
              <w:sdtPr>
                <w:alias w:val="YYYY/MM/DD"/>
                <w:id w:val="415601662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  <w:tc>
          <w:tcPr>
            <w:tcW w:w="4320" w:type="dxa"/>
          </w:tcPr>
          <w:p w14:paraId="3D322511" w14:textId="77777777" w:rsidR="00B84F4E" w:rsidRDefault="00814988">
            <w:sdt>
              <w:sdtPr>
                <w:alias w:val="YYYY/MM/DD"/>
                <w:id w:val="-446703819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</w:tr>
    </w:tbl>
    <w:p w14:paraId="64711205" w14:textId="5748A9B9" w:rsidR="00B84F4E" w:rsidRDefault="00A63B1D" w:rsidP="00A63B1D">
      <w:pPr>
        <w:tabs>
          <w:tab w:val="left" w:pos="4330"/>
        </w:tabs>
      </w:pPr>
      <w:r>
        <w:tab/>
      </w:r>
    </w:p>
    <w:p w14:paraId="60CD4512" w14:textId="77777777" w:rsidR="00B84F4E" w:rsidRDefault="00A63B1D">
      <w:r>
        <w:rPr>
          <w:b/>
          <w:color w:val="22394E"/>
        </w:rPr>
        <w:lastRenderedPageBreak/>
        <w:t>11. Position title(s) *</w:t>
      </w:r>
    </w:p>
    <w:p w14:paraId="3DDFBC06" w14:textId="77777777" w:rsidR="00B84F4E" w:rsidRDefault="00814988">
      <w:pPr>
        <w:ind w:left="202"/>
      </w:pPr>
      <w:sdt>
        <w:sdtPr>
          <w:alias w:val="Click here to enter your answer"/>
          <w:id w:val="1925144623"/>
          <w:text/>
        </w:sdtPr>
        <w:sdtEndPr/>
        <w:sdtContent>
          <w:r w:rsidR="00A63B1D">
            <w:t>Click here to enter your answer</w:t>
          </w:r>
        </w:sdtContent>
      </w:sdt>
    </w:p>
    <w:p w14:paraId="4B3D0F04" w14:textId="77777777" w:rsidR="00B84F4E" w:rsidRDefault="00B84F4E">
      <w:pPr>
        <w:spacing w:after="0"/>
      </w:pPr>
    </w:p>
    <w:p w14:paraId="0075E852" w14:textId="77777777" w:rsidR="00B84F4E" w:rsidRDefault="00A63B1D">
      <w:r>
        <w:rPr>
          <w:b/>
          <w:color w:val="22394E"/>
        </w:rPr>
        <w:t>12. Additional explanation (if needed)</w:t>
      </w:r>
    </w:p>
    <w:p w14:paraId="465E396D" w14:textId="77777777" w:rsidR="00B84F4E" w:rsidRDefault="00814988">
      <w:pPr>
        <w:ind w:left="202"/>
      </w:pPr>
      <w:sdt>
        <w:sdtPr>
          <w:alias w:val="Click here to enter your answer"/>
          <w:id w:val="1280833195"/>
          <w:text/>
        </w:sdtPr>
        <w:sdtEndPr/>
        <w:sdtContent>
          <w:r w:rsidR="00A63B1D">
            <w:t>Click here to enter your answer</w:t>
          </w:r>
        </w:sdtContent>
      </w:sdt>
    </w:p>
    <w:p w14:paraId="27CDE7D0" w14:textId="77777777" w:rsidR="00B84F4E" w:rsidRDefault="00B84F4E">
      <w:pPr>
        <w:spacing w:after="0"/>
      </w:pPr>
    </w:p>
    <w:p w14:paraId="2142D402" w14:textId="79C29CC3" w:rsidR="00B84F4E" w:rsidRDefault="00A63B1D">
      <w:pPr>
        <w:pStyle w:val="21"/>
      </w:pPr>
      <w:proofErr w:type="gramStart"/>
      <w:r>
        <w:t>4  |</w:t>
      </w:r>
      <w:proofErr w:type="gramEnd"/>
      <w:r>
        <w:t xml:space="preserve">  Relevant Professional Experience 2 (if applicable)</w:t>
      </w:r>
    </w:p>
    <w:p w14:paraId="1BCC021B" w14:textId="77777777" w:rsidR="00B84F4E" w:rsidRDefault="00A63B1D">
      <w:r>
        <w:rPr>
          <w:i/>
        </w:rPr>
        <w:t>Please provide one of your most important and relevant professional experiences, prioritizing roles related to this application.</w:t>
      </w:r>
    </w:p>
    <w:p w14:paraId="7C79942E" w14:textId="77777777" w:rsidR="00B84F4E" w:rsidRDefault="00A63B1D">
      <w:r>
        <w:rPr>
          <w:b/>
          <w:color w:val="22394E"/>
        </w:rPr>
        <w:t>13. Name of employer / institution</w:t>
      </w:r>
    </w:p>
    <w:p w14:paraId="5F36A8C3" w14:textId="77777777" w:rsidR="00B84F4E" w:rsidRDefault="00814988">
      <w:pPr>
        <w:ind w:left="202"/>
      </w:pPr>
      <w:sdt>
        <w:sdtPr>
          <w:alias w:val="Click here to enter your answer"/>
          <w:id w:val="1528990149"/>
          <w:text/>
        </w:sdtPr>
        <w:sdtEndPr/>
        <w:sdtContent>
          <w:r w:rsidR="00A63B1D">
            <w:t>Click here to enter your answer</w:t>
          </w:r>
        </w:sdtContent>
      </w:sdt>
    </w:p>
    <w:p w14:paraId="4EF52B03" w14:textId="77777777" w:rsidR="00B84F4E" w:rsidRDefault="00B84F4E">
      <w:pPr>
        <w:spacing w:after="0"/>
      </w:pPr>
    </w:p>
    <w:p w14:paraId="2E7FFAB1" w14:textId="77777777" w:rsidR="00B84F4E" w:rsidRDefault="00A63B1D">
      <w:r>
        <w:rPr>
          <w:b/>
          <w:color w:val="22394E"/>
        </w:rPr>
        <w:t>14. Period of employment</w:t>
      </w:r>
    </w:p>
    <w:tbl>
      <w:tblPr>
        <w:tblStyle w:val="afe"/>
        <w:tblW w:w="0" w:type="auto"/>
        <w:tblInd w:w="-5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B84F4E" w14:paraId="55E27F58" w14:textId="77777777" w:rsidTr="00213F5E">
        <w:tc>
          <w:tcPr>
            <w:tcW w:w="4320" w:type="dxa"/>
            <w:shd w:val="clear" w:color="auto" w:fill="EDF3F8"/>
          </w:tcPr>
          <w:p w14:paraId="7EC121A7" w14:textId="77777777" w:rsidR="00B84F4E" w:rsidRDefault="00A63B1D">
            <w:r>
              <w:t>Starting date</w:t>
            </w:r>
          </w:p>
        </w:tc>
        <w:tc>
          <w:tcPr>
            <w:tcW w:w="4320" w:type="dxa"/>
            <w:shd w:val="clear" w:color="auto" w:fill="EDF3F8"/>
          </w:tcPr>
          <w:p w14:paraId="5234FD33" w14:textId="77777777" w:rsidR="00B84F4E" w:rsidRDefault="00A63B1D">
            <w:r>
              <w:t>End date</w:t>
            </w:r>
          </w:p>
        </w:tc>
      </w:tr>
      <w:tr w:rsidR="00B84F4E" w14:paraId="1E38F166" w14:textId="77777777" w:rsidTr="00213F5E">
        <w:tc>
          <w:tcPr>
            <w:tcW w:w="4320" w:type="dxa"/>
          </w:tcPr>
          <w:p w14:paraId="6D3C296F" w14:textId="77777777" w:rsidR="00B84F4E" w:rsidRDefault="00814988">
            <w:sdt>
              <w:sdtPr>
                <w:alias w:val="YYYY/MM/DD"/>
                <w:id w:val="-1272317894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  <w:tc>
          <w:tcPr>
            <w:tcW w:w="4320" w:type="dxa"/>
          </w:tcPr>
          <w:p w14:paraId="380E78B1" w14:textId="77777777" w:rsidR="00B84F4E" w:rsidRDefault="00814988">
            <w:sdt>
              <w:sdtPr>
                <w:alias w:val="YYYY/MM/DD"/>
                <w:id w:val="1164133320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</w:tr>
    </w:tbl>
    <w:p w14:paraId="09919A65" w14:textId="77777777" w:rsidR="00B84F4E" w:rsidRDefault="00B84F4E"/>
    <w:p w14:paraId="31DCBAFB" w14:textId="77777777" w:rsidR="00B84F4E" w:rsidRDefault="00A63B1D">
      <w:r>
        <w:rPr>
          <w:b/>
          <w:color w:val="22394E"/>
        </w:rPr>
        <w:t>16. Position title(s)</w:t>
      </w:r>
    </w:p>
    <w:p w14:paraId="7BFE020D" w14:textId="77777777" w:rsidR="00B84F4E" w:rsidRDefault="00814988">
      <w:pPr>
        <w:ind w:left="202"/>
      </w:pPr>
      <w:sdt>
        <w:sdtPr>
          <w:alias w:val="Click here to enter your answer"/>
          <w:id w:val="-1749647211"/>
          <w:text/>
        </w:sdtPr>
        <w:sdtEndPr/>
        <w:sdtContent>
          <w:r w:rsidR="00A63B1D">
            <w:t>Click here to enter your answer</w:t>
          </w:r>
        </w:sdtContent>
      </w:sdt>
    </w:p>
    <w:p w14:paraId="5AA1A8E1" w14:textId="77777777" w:rsidR="00B84F4E" w:rsidRDefault="00B84F4E">
      <w:pPr>
        <w:spacing w:after="0"/>
      </w:pPr>
    </w:p>
    <w:p w14:paraId="06D898D5" w14:textId="77777777" w:rsidR="00B84F4E" w:rsidRDefault="00A63B1D">
      <w:r>
        <w:rPr>
          <w:b/>
          <w:color w:val="22394E"/>
        </w:rPr>
        <w:t>17. Additional explanation (if needed)</w:t>
      </w:r>
    </w:p>
    <w:p w14:paraId="3E6BD5BB" w14:textId="77777777" w:rsidR="00B84F4E" w:rsidRDefault="00814988">
      <w:pPr>
        <w:ind w:left="202"/>
      </w:pPr>
      <w:sdt>
        <w:sdtPr>
          <w:alias w:val="Click here to enter your answer"/>
          <w:id w:val="776758367"/>
          <w:text/>
        </w:sdtPr>
        <w:sdtEndPr/>
        <w:sdtContent>
          <w:r w:rsidR="00A63B1D">
            <w:t>Click here to enter your answer</w:t>
          </w:r>
        </w:sdtContent>
      </w:sdt>
    </w:p>
    <w:p w14:paraId="49F3432C" w14:textId="77777777" w:rsidR="00B84F4E" w:rsidRDefault="00B84F4E">
      <w:pPr>
        <w:spacing w:after="0"/>
      </w:pPr>
    </w:p>
    <w:p w14:paraId="1464B977" w14:textId="6B603EF8" w:rsidR="00B84F4E" w:rsidRDefault="00A63B1D">
      <w:pPr>
        <w:pStyle w:val="21"/>
      </w:pPr>
      <w:proofErr w:type="gramStart"/>
      <w:r>
        <w:t>5  |</w:t>
      </w:r>
      <w:proofErr w:type="gramEnd"/>
      <w:r>
        <w:t xml:space="preserve">  Relevant Professional Experience 3 (if applicable)</w:t>
      </w:r>
    </w:p>
    <w:p w14:paraId="772BD2D5" w14:textId="77777777" w:rsidR="00B84F4E" w:rsidRDefault="00A63B1D">
      <w:r>
        <w:rPr>
          <w:i/>
        </w:rPr>
        <w:t>Please provide one of your most important and relevant professional experiences, prioritizing roles related to this application.</w:t>
      </w:r>
    </w:p>
    <w:p w14:paraId="674435F4" w14:textId="77777777" w:rsidR="00B84F4E" w:rsidRDefault="00A63B1D">
      <w:r>
        <w:rPr>
          <w:b/>
          <w:color w:val="22394E"/>
        </w:rPr>
        <w:t>18. Name of employer / institution</w:t>
      </w:r>
    </w:p>
    <w:p w14:paraId="3ED6C628" w14:textId="77777777" w:rsidR="00B84F4E" w:rsidRDefault="00814988">
      <w:pPr>
        <w:ind w:left="202"/>
      </w:pPr>
      <w:sdt>
        <w:sdtPr>
          <w:alias w:val="Click here to enter your answer"/>
          <w:id w:val="-363437694"/>
          <w:text/>
        </w:sdtPr>
        <w:sdtEndPr/>
        <w:sdtContent>
          <w:r w:rsidR="00A63B1D">
            <w:t>Click here to enter your answer</w:t>
          </w:r>
        </w:sdtContent>
      </w:sdt>
    </w:p>
    <w:p w14:paraId="507CB151" w14:textId="77777777" w:rsidR="00B84F4E" w:rsidRDefault="00B84F4E">
      <w:pPr>
        <w:spacing w:after="0"/>
      </w:pPr>
    </w:p>
    <w:p w14:paraId="5AAB4086" w14:textId="77777777" w:rsidR="00B84F4E" w:rsidRDefault="00A63B1D">
      <w:r>
        <w:rPr>
          <w:b/>
          <w:color w:val="22394E"/>
        </w:rPr>
        <w:t>19. Period of employment</w:t>
      </w:r>
    </w:p>
    <w:tbl>
      <w:tblPr>
        <w:tblStyle w:val="afe"/>
        <w:tblW w:w="0" w:type="auto"/>
        <w:tblInd w:w="-5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B84F4E" w14:paraId="26D614A5" w14:textId="77777777" w:rsidTr="00213F5E">
        <w:tc>
          <w:tcPr>
            <w:tcW w:w="4320" w:type="dxa"/>
            <w:shd w:val="clear" w:color="auto" w:fill="EDF3F8"/>
          </w:tcPr>
          <w:p w14:paraId="76D7352F" w14:textId="77777777" w:rsidR="00B84F4E" w:rsidRDefault="00A63B1D">
            <w:r>
              <w:t>Starting date</w:t>
            </w:r>
          </w:p>
        </w:tc>
        <w:tc>
          <w:tcPr>
            <w:tcW w:w="4320" w:type="dxa"/>
            <w:shd w:val="clear" w:color="auto" w:fill="EDF3F8"/>
          </w:tcPr>
          <w:p w14:paraId="39204A7B" w14:textId="77777777" w:rsidR="00B84F4E" w:rsidRDefault="00A63B1D">
            <w:r>
              <w:t>End date</w:t>
            </w:r>
          </w:p>
        </w:tc>
      </w:tr>
      <w:tr w:rsidR="00B84F4E" w14:paraId="7AFB4515" w14:textId="77777777" w:rsidTr="00213F5E">
        <w:tc>
          <w:tcPr>
            <w:tcW w:w="4320" w:type="dxa"/>
          </w:tcPr>
          <w:p w14:paraId="7DE2CE1C" w14:textId="77777777" w:rsidR="00B84F4E" w:rsidRDefault="00814988">
            <w:sdt>
              <w:sdtPr>
                <w:alias w:val="YYYY/MM/DD"/>
                <w:id w:val="406188820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  <w:tc>
          <w:tcPr>
            <w:tcW w:w="4320" w:type="dxa"/>
          </w:tcPr>
          <w:p w14:paraId="010A1604" w14:textId="77777777" w:rsidR="00B84F4E" w:rsidRDefault="00814988">
            <w:sdt>
              <w:sdtPr>
                <w:alias w:val="YYYY/MM/DD"/>
                <w:id w:val="-1280101369"/>
                <w:date>
                  <w:dateFormat w:val="yyyy/MM/dd"/>
                  <w:lid w:val="ja-JP"/>
                  <w:storeMappedDataAs w:val="dateTime"/>
                  <w:calendar w:val="japan"/>
                </w:date>
              </w:sdtPr>
              <w:sdtEndPr/>
              <w:sdtContent>
                <w:r w:rsidR="00A63B1D">
                  <w:t>YYYY/MM/DD</w:t>
                </w:r>
              </w:sdtContent>
            </w:sdt>
          </w:p>
        </w:tc>
      </w:tr>
    </w:tbl>
    <w:p w14:paraId="14962839" w14:textId="77777777" w:rsidR="00B84F4E" w:rsidRDefault="00B84F4E"/>
    <w:p w14:paraId="5F91DFCF" w14:textId="77777777" w:rsidR="00B84F4E" w:rsidRDefault="00A63B1D">
      <w:r>
        <w:rPr>
          <w:b/>
          <w:color w:val="22394E"/>
        </w:rPr>
        <w:t>21. Position title(s)</w:t>
      </w:r>
    </w:p>
    <w:p w14:paraId="7A43DE83" w14:textId="77777777" w:rsidR="00B84F4E" w:rsidRDefault="00814988">
      <w:pPr>
        <w:ind w:left="202"/>
      </w:pPr>
      <w:sdt>
        <w:sdtPr>
          <w:alias w:val="Click here to enter your answer"/>
          <w:id w:val="1219550365"/>
          <w:text/>
        </w:sdtPr>
        <w:sdtEndPr/>
        <w:sdtContent>
          <w:r w:rsidR="00A63B1D">
            <w:t>Click here to enter your answer</w:t>
          </w:r>
        </w:sdtContent>
      </w:sdt>
    </w:p>
    <w:p w14:paraId="18BC5163" w14:textId="77777777" w:rsidR="00B84F4E" w:rsidRDefault="00B84F4E">
      <w:pPr>
        <w:spacing w:after="0"/>
      </w:pPr>
    </w:p>
    <w:p w14:paraId="0B8AF7F1" w14:textId="77777777" w:rsidR="00B84F4E" w:rsidRDefault="00A63B1D">
      <w:r>
        <w:rPr>
          <w:b/>
          <w:color w:val="22394E"/>
        </w:rPr>
        <w:t>22. Additional explanation (if needed)</w:t>
      </w:r>
    </w:p>
    <w:p w14:paraId="6D569C22" w14:textId="77777777" w:rsidR="00B84F4E" w:rsidRDefault="00814988">
      <w:pPr>
        <w:ind w:left="202"/>
      </w:pPr>
      <w:sdt>
        <w:sdtPr>
          <w:alias w:val="Click here to enter your answer"/>
          <w:id w:val="-781028391"/>
          <w:text/>
        </w:sdtPr>
        <w:sdtEndPr/>
        <w:sdtContent>
          <w:r w:rsidR="00A63B1D">
            <w:t>Click here to enter your answer</w:t>
          </w:r>
        </w:sdtContent>
      </w:sdt>
    </w:p>
    <w:p w14:paraId="2EB0BE69" w14:textId="77777777" w:rsidR="00B84F4E" w:rsidRDefault="00B84F4E">
      <w:pPr>
        <w:spacing w:after="0"/>
      </w:pPr>
    </w:p>
    <w:p w14:paraId="4D8597F0" w14:textId="77777777" w:rsidR="00B84F4E" w:rsidRDefault="00A63B1D">
      <w:pPr>
        <w:pStyle w:val="21"/>
      </w:pPr>
      <w:r>
        <w:lastRenderedPageBreak/>
        <w:t>6  |  Supporting Documents</w:t>
      </w:r>
    </w:p>
    <w:p w14:paraId="1922AB34" w14:textId="562D773C" w:rsidR="00B84F4E" w:rsidRDefault="00A63B1D">
      <w:pPr>
        <w:rPr>
          <w:i/>
        </w:rPr>
      </w:pPr>
      <w:r>
        <w:rPr>
          <w:i/>
        </w:rPr>
        <w:t>Please attach the following files to your submission email. Check each item when ready.</w:t>
      </w:r>
    </w:p>
    <w:p w14:paraId="57700321" w14:textId="4691EE0E" w:rsidR="00213F5E" w:rsidRDefault="00814988">
      <w:sdt>
        <w:sdtPr>
          <w:alias w:val="Supporting document 29"/>
          <w:tag w:val="attachment_29"/>
          <w:id w:val="-75958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213F5E">
        <w:rPr>
          <w:b/>
        </w:rPr>
        <w:t xml:space="preserve">  </w:t>
      </w:r>
      <w:r>
        <w:rPr>
          <w:rFonts w:hint="eastAsia"/>
          <w:b/>
          <w:lang w:eastAsia="ja-JP"/>
        </w:rPr>
        <w:t xml:space="preserve">Application Form (this </w:t>
      </w:r>
      <w:r>
        <w:rPr>
          <w:b/>
          <w:lang w:eastAsia="ja-JP"/>
        </w:rPr>
        <w:t>document)</w:t>
      </w:r>
      <w:r>
        <w:rPr>
          <w:b/>
        </w:rPr>
        <w:t xml:space="preserve"> *</w:t>
      </w:r>
      <w:r w:rsidR="00213F5E">
        <w:t xml:space="preserve">   </w:t>
      </w:r>
    </w:p>
    <w:p w14:paraId="620EBBA3" w14:textId="1080FAFD" w:rsidR="00B84F4E" w:rsidRPr="00213F5E" w:rsidRDefault="00814988">
      <w:pPr>
        <w:rPr>
          <w:b/>
        </w:rPr>
      </w:pPr>
      <w:sdt>
        <w:sdtPr>
          <w:alias w:val="Supporting document 23"/>
          <w:tag w:val="attachment_23"/>
          <w:id w:val="901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CV in English with your recent photo attached</w:t>
      </w:r>
      <w:r w:rsidR="00A63B1D">
        <w:rPr>
          <w:b/>
        </w:rPr>
        <w:t>*</w:t>
      </w:r>
      <w:r w:rsidR="00A63B1D">
        <w:t xml:space="preserve">   </w:t>
      </w:r>
    </w:p>
    <w:p w14:paraId="6A413C92" w14:textId="66ACCFBC" w:rsidR="00B84F4E" w:rsidRDefault="00814988">
      <w:sdt>
        <w:sdtPr>
          <w:alias w:val="Supporting document 24"/>
          <w:tag w:val="attachment_24"/>
          <w:id w:val="901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personal statement in English (within 500 words)</w:t>
      </w:r>
      <w:r w:rsidR="00A63B1D">
        <w:rPr>
          <w:b/>
        </w:rPr>
        <w:t xml:space="preserve"> *</w:t>
      </w:r>
      <w:r w:rsidR="00A63B1D">
        <w:t xml:space="preserve">   </w:t>
      </w:r>
    </w:p>
    <w:p w14:paraId="63BD9D81" w14:textId="61A82863" w:rsidR="00B84F4E" w:rsidRDefault="00814988">
      <w:sdt>
        <w:sdtPr>
          <w:alias w:val="Supporting document 25"/>
          <w:tag w:val="attachment_25"/>
          <w:id w:val="9010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letter of recommendation in English</w:t>
      </w:r>
      <w:r w:rsidR="00A63B1D">
        <w:rPr>
          <w:b/>
        </w:rPr>
        <w:t xml:space="preserve"> *</w:t>
      </w:r>
      <w:r w:rsidR="00A63B1D">
        <w:t xml:space="preserve">   </w:t>
      </w:r>
    </w:p>
    <w:p w14:paraId="7C50505A" w14:textId="7E001133" w:rsidR="00B84F4E" w:rsidRDefault="00814988">
      <w:sdt>
        <w:sdtPr>
          <w:alias w:val="Supporting document 26"/>
          <w:tag w:val="attachment_26"/>
          <w:id w:val="901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copy of graduation certificate of the latest academic history</w:t>
      </w:r>
      <w:r w:rsidR="00A63B1D">
        <w:rPr>
          <w:rFonts w:hint="eastAsia"/>
          <w:b/>
          <w:lang w:eastAsia="ja-JP"/>
        </w:rPr>
        <w:t xml:space="preserve"> </w:t>
      </w:r>
      <w:r w:rsidR="00A63B1D">
        <w:rPr>
          <w:b/>
        </w:rPr>
        <w:t>*</w:t>
      </w:r>
      <w:r w:rsidR="00A63B1D">
        <w:t xml:space="preserve">  </w:t>
      </w:r>
    </w:p>
    <w:p w14:paraId="30277B84" w14:textId="0354C73E" w:rsidR="00B84F4E" w:rsidRDefault="00814988">
      <w:sdt>
        <w:sdtPr>
          <w:alias w:val="Supporting document 27"/>
          <w:tag w:val="attachment_27"/>
          <w:id w:val="9010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copy of Identification Card</w:t>
      </w:r>
      <w:r w:rsidR="00A63B1D">
        <w:rPr>
          <w:b/>
        </w:rPr>
        <w:t xml:space="preserve"> *</w:t>
      </w:r>
      <w:r w:rsidR="00A63B1D">
        <w:t xml:space="preserve">  </w:t>
      </w:r>
    </w:p>
    <w:p w14:paraId="75BA434D" w14:textId="75A9009F" w:rsidR="00B84F4E" w:rsidRDefault="00814988">
      <w:sdt>
        <w:sdtPr>
          <w:alias w:val="Supporting document 28"/>
          <w:tag w:val="attachment_28"/>
          <w:id w:val="9010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copy of the map of the commuting route between the Embassy of Japan in Timor-Leste and the applicant’s residence</w:t>
      </w:r>
      <w:r w:rsidR="00A63B1D">
        <w:rPr>
          <w:b/>
        </w:rPr>
        <w:t xml:space="preserve"> *</w:t>
      </w:r>
      <w:r w:rsidR="00A63B1D">
        <w:t xml:space="preserve">   </w:t>
      </w:r>
    </w:p>
    <w:p w14:paraId="05B4E4B3" w14:textId="57575FB4" w:rsidR="00B84F4E" w:rsidRDefault="00814988">
      <w:sdt>
        <w:sdtPr>
          <w:alias w:val="Supporting document 29"/>
          <w:tag w:val="attachment_29"/>
          <w:id w:val="9010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13F5E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A63B1D">
        <w:rPr>
          <w:b/>
        </w:rPr>
        <w:t xml:space="preserve">  </w:t>
      </w:r>
      <w:r w:rsidR="00A63B1D" w:rsidRPr="00A63B1D">
        <w:rPr>
          <w:b/>
        </w:rPr>
        <w:t>A copy of the valid criminal record (issued within 6 months)</w:t>
      </w:r>
      <w:r w:rsidR="00A63B1D">
        <w:rPr>
          <w:b/>
        </w:rPr>
        <w:t xml:space="preserve"> *</w:t>
      </w:r>
      <w:r w:rsidR="00A63B1D">
        <w:t xml:space="preserve">   </w:t>
      </w:r>
    </w:p>
    <w:p w14:paraId="6E4756CA" w14:textId="77777777" w:rsidR="00B84F4E" w:rsidRDefault="00A63B1D">
      <w:pPr>
        <w:pStyle w:val="21"/>
      </w:pPr>
      <w:proofErr w:type="gramStart"/>
      <w:r>
        <w:t>7  |</w:t>
      </w:r>
      <w:proofErr w:type="gramEnd"/>
      <w:r>
        <w:t xml:space="preserve">  Submission Instructions</w:t>
      </w:r>
    </w:p>
    <w:p w14:paraId="41D96A42" w14:textId="77777777" w:rsidR="00B84F4E" w:rsidRDefault="00A63B1D">
      <w:r>
        <w:t>Please email this completed Word application form together with all required supporting documents to the following address:</w:t>
      </w:r>
    </w:p>
    <w:p w14:paraId="4CCE4EF3" w14:textId="328B9B3C" w:rsidR="00B84F4E" w:rsidRDefault="00A63B1D">
      <w:pPr>
        <w:rPr>
          <w:b/>
          <w:bCs/>
          <w:sz w:val="24"/>
          <w:szCs w:val="24"/>
        </w:rPr>
      </w:pPr>
      <w:hyperlink r:id="rId8" w:history="1">
        <w:r w:rsidRPr="00D22343">
          <w:rPr>
            <w:rStyle w:val="aff"/>
            <w:b/>
            <w:bCs/>
            <w:sz w:val="24"/>
            <w:szCs w:val="24"/>
          </w:rPr>
          <w:t>ecas.di@di.mofa.go.jp</w:t>
        </w:r>
      </w:hyperlink>
    </w:p>
    <w:p w14:paraId="21B7AC7A" w14:textId="03C9C571" w:rsidR="00B84F4E" w:rsidRDefault="00A63B1D">
      <w:r>
        <w:t>Suggested email subject</w:t>
      </w:r>
      <w:r w:rsidRPr="00814988">
        <w:t xml:space="preserve">: </w:t>
      </w:r>
      <w:r w:rsidRPr="00814988">
        <w:rPr>
          <w:rFonts w:hint="eastAsia"/>
          <w:b/>
          <w:bCs/>
          <w:lang w:eastAsia="ja-JP"/>
        </w:rPr>
        <w:t>Job Application-</w:t>
      </w:r>
      <w:r w:rsidRPr="00814988">
        <w:rPr>
          <w:b/>
          <w:bCs/>
          <w:lang w:eastAsia="ja-JP"/>
        </w:rPr>
        <w:t>National Staff</w:t>
      </w:r>
      <w:r w:rsidRPr="00814988">
        <w:rPr>
          <w:rFonts w:hint="eastAsia"/>
          <w:b/>
          <w:bCs/>
          <w:lang w:eastAsia="ja-JP"/>
        </w:rPr>
        <w:t xml:space="preserve"> at Embassy of Japan</w:t>
      </w:r>
      <w:r w:rsidRPr="00814988">
        <w:rPr>
          <w:b/>
          <w:bCs/>
          <w:lang w:eastAsia="ja-JP"/>
        </w:rPr>
        <w:t xml:space="preserve"> </w:t>
      </w:r>
      <w:r w:rsidRPr="00814988">
        <w:rPr>
          <w:b/>
          <w:bCs/>
        </w:rPr>
        <w:t>– [Your Full Name]</w:t>
      </w:r>
    </w:p>
    <w:p w14:paraId="1E6082E3" w14:textId="77777777" w:rsidR="00B84F4E" w:rsidRDefault="00A63B1D">
      <w:r>
        <w:t>Before sending, ensure all required questions are answered and all supporting documents are attached. The checkboxes above do not attach files to this Word document.</w:t>
      </w:r>
    </w:p>
    <w:sectPr w:rsidR="00B84F4E" w:rsidSect="0095170E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BEDBA" w14:textId="77777777" w:rsidR="00A63B1D" w:rsidRDefault="00A63B1D">
      <w:pPr>
        <w:spacing w:after="0" w:line="240" w:lineRule="auto"/>
      </w:pPr>
      <w:r>
        <w:separator/>
      </w:r>
    </w:p>
  </w:endnote>
  <w:endnote w:type="continuationSeparator" w:id="0">
    <w:p w14:paraId="450866FD" w14:textId="77777777" w:rsidR="00A63B1D" w:rsidRDefault="00A63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52E62" w14:textId="7ED8EFCE" w:rsidR="00B84F4E" w:rsidRDefault="00A63B1D">
    <w:pPr>
      <w:pStyle w:val="a7"/>
      <w:jc w:val="center"/>
    </w:pPr>
    <w:r>
      <w:rPr>
        <w:rFonts w:hint="eastAsia"/>
        <w:lang w:eastAsia="ja-JP"/>
      </w:rPr>
      <w:t xml:space="preserve">Application </w:t>
    </w:r>
    <w:proofErr w:type="gramStart"/>
    <w:r>
      <w:rPr>
        <w:rFonts w:hint="eastAsia"/>
        <w:lang w:eastAsia="ja-JP"/>
      </w:rPr>
      <w:t>Form</w:t>
    </w:r>
    <w:r>
      <w:t xml:space="preserve">  •</w:t>
    </w:r>
    <w:proofErr w:type="gramEnd"/>
    <w:r>
      <w:t xml:space="preserve">  Embassy of Japan in Timor-Leste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6FDE" w14:textId="77777777" w:rsidR="00A63B1D" w:rsidRDefault="00A63B1D">
      <w:pPr>
        <w:spacing w:after="0" w:line="240" w:lineRule="auto"/>
      </w:pPr>
      <w:r>
        <w:separator/>
      </w:r>
    </w:p>
  </w:footnote>
  <w:footnote w:type="continuationSeparator" w:id="0">
    <w:p w14:paraId="11C892BB" w14:textId="77777777" w:rsidR="00A63B1D" w:rsidRDefault="00A63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9765718">
    <w:abstractNumId w:val="8"/>
  </w:num>
  <w:num w:numId="2" w16cid:durableId="347677800">
    <w:abstractNumId w:val="6"/>
  </w:num>
  <w:num w:numId="3" w16cid:durableId="1156260191">
    <w:abstractNumId w:val="5"/>
  </w:num>
  <w:num w:numId="4" w16cid:durableId="941838867">
    <w:abstractNumId w:val="4"/>
  </w:num>
  <w:num w:numId="5" w16cid:durableId="1542546240">
    <w:abstractNumId w:val="7"/>
  </w:num>
  <w:num w:numId="6" w16cid:durableId="1194341256">
    <w:abstractNumId w:val="3"/>
  </w:num>
  <w:num w:numId="7" w16cid:durableId="68041677">
    <w:abstractNumId w:val="2"/>
  </w:num>
  <w:num w:numId="8" w16cid:durableId="217254373">
    <w:abstractNumId w:val="1"/>
  </w:num>
  <w:num w:numId="9" w16cid:durableId="83892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3F5E"/>
    <w:rsid w:val="0029639D"/>
    <w:rsid w:val="00326F90"/>
    <w:rsid w:val="00401FEE"/>
    <w:rsid w:val="004A0CEB"/>
    <w:rsid w:val="006A7461"/>
    <w:rsid w:val="00745DCE"/>
    <w:rsid w:val="00814988"/>
    <w:rsid w:val="0095170E"/>
    <w:rsid w:val="00A63B1D"/>
    <w:rsid w:val="00AA1D8D"/>
    <w:rsid w:val="00B37860"/>
    <w:rsid w:val="00B47730"/>
    <w:rsid w:val="00B84F4E"/>
    <w:rsid w:val="00CB0664"/>
    <w:rsid w:val="00D551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D85429"/>
  <w14:defaultImageDpi w14:val="300"/>
  <w15:docId w15:val="{75E19C9E-CCE0-451D-B420-5910155D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/>
      <w:b/>
      <w:bCs/>
      <w:color w:val="14355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A63B1D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A63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as.di@di.mofa.g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MUROZONO KANA</cp:lastModifiedBy>
  <cp:revision>5</cp:revision>
  <dcterms:created xsi:type="dcterms:W3CDTF">2026-10-19T11:02:00Z</dcterms:created>
  <dcterms:modified xsi:type="dcterms:W3CDTF">2026-10-21T02:11:00Z</dcterms:modified>
  <cp:category/>
</cp:coreProperties>
</file>